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Τεστ Κατανόησης Κειμένου – Οικοσύστημα</w:t>
      </w:r>
    </w:p>
    <w:p>
      <w:r>
        <w:rPr>
          <w:b/>
        </w:rPr>
        <w:t>Όνομα: ____________________</w:t>
        <w:br/>
      </w:r>
      <w:r>
        <w:rPr>
          <w:b/>
        </w:rPr>
        <w:t>Ημερομηνία: ____________________</w:t>
      </w:r>
    </w:p>
    <w:p>
      <w:pPr>
        <w:pStyle w:val="Heading2"/>
      </w:pPr>
      <w:r>
        <w:t>1. Ερώτηση Ανάπτυξης</w:t>
      </w:r>
    </w:p>
    <w:p>
      <w:r>
        <w:t>Γιατί είναι σημαντικό να υπάρχει ισορροπία σε ένα οικοσύστημα;</w:t>
        <w:br/>
        <w:t>Γράψε 3–4 προτάσεις.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pPr>
        <w:pStyle w:val="Heading2"/>
      </w:pPr>
      <w:r>
        <w:t>2. Συμπλήρωση Κενών</w:t>
      </w:r>
    </w:p>
    <w:p>
      <w:r>
        <w:t>1. Τα φυτά και τα ζώα είναι __________ στοιχεία του οικοσυστήματος.</w:t>
      </w:r>
    </w:p>
    <w:p>
      <w:r>
        <w:t>2. Το νερό και ο αέρας είναι __________ στοιχεία.</w:t>
      </w:r>
    </w:p>
    <w:p>
      <w:r>
        <w:t>3. Όταν ένα ζώο εξαφανιστεί, διαταράσσεται η __________ του οικοσυστήματος.</w:t>
      </w:r>
    </w:p>
    <w:p>
      <w:r>
        <w:t>4. Οι πολλές φωτιές και η υπεραλιεία είναι δραστηριότητες των __________.</w:t>
      </w:r>
    </w:p>
    <w:p>
      <w:pPr>
        <w:pStyle w:val="Heading2"/>
      </w:pPr>
      <w:r>
        <w:t>3. Αντιστοίχιση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Στήλη Α</w:t>
            </w:r>
          </w:p>
        </w:tc>
        <w:tc>
          <w:tcPr>
            <w:tcW w:type="dxa" w:w="4320"/>
          </w:tcPr>
          <w:p>
            <w:r>
              <w:t>Στήλη Β</w:t>
            </w:r>
          </w:p>
        </w:tc>
      </w:tr>
      <w:tr>
        <w:tc>
          <w:tcPr>
            <w:tcW w:type="dxa" w:w="4320"/>
          </w:tcPr>
          <w:p>
            <w:r>
              <w:t>1. Φυτά</w:t>
            </w:r>
          </w:p>
        </w:tc>
        <w:tc>
          <w:tcPr>
            <w:tcW w:type="dxa" w:w="4320"/>
          </w:tcPr>
          <w:p>
            <w:r>
              <w:t>α. Άβιο στοιχείο</w:t>
            </w:r>
          </w:p>
        </w:tc>
      </w:tr>
      <w:tr>
        <w:tc>
          <w:tcPr>
            <w:tcW w:type="dxa" w:w="4320"/>
          </w:tcPr>
          <w:p>
            <w:r>
              <w:t>2. Νερό</w:t>
            </w:r>
          </w:p>
        </w:tc>
        <w:tc>
          <w:tcPr>
            <w:tcW w:type="dxa" w:w="4320"/>
          </w:tcPr>
          <w:p>
            <w:r>
              <w:t>β. Έμβιο στοιχείο</w:t>
            </w:r>
          </w:p>
        </w:tc>
      </w:tr>
      <w:tr>
        <w:tc>
          <w:tcPr>
            <w:tcW w:type="dxa" w:w="4320"/>
          </w:tcPr>
          <w:p>
            <w:r>
              <w:t>3. Ζώα</w:t>
            </w:r>
          </w:p>
        </w:tc>
        <w:tc>
          <w:tcPr>
            <w:tcW w:type="dxa" w:w="4320"/>
          </w:tcPr>
          <w:p>
            <w:r>
              <w:t>γ. Διαταράσσει το οικοσύστημα</w:t>
            </w:r>
          </w:p>
        </w:tc>
      </w:tr>
      <w:tr>
        <w:tc>
          <w:tcPr>
            <w:tcW w:type="dxa" w:w="4320"/>
          </w:tcPr>
          <w:p>
            <w:r>
              <w:t>4. Υπεραλιεία</w:t>
            </w:r>
          </w:p>
        </w:tc>
        <w:tc>
          <w:tcPr>
            <w:tcW w:type="dxa" w:w="4320"/>
          </w:tcPr>
          <w:p>
            <w:r>
              <w:t>δ. Έμβιο στοιχείο</w:t>
            </w:r>
          </w:p>
        </w:tc>
      </w:tr>
    </w:tbl>
    <w:p>
      <w:pPr>
        <w:pStyle w:val="Heading2"/>
      </w:pPr>
      <w:r>
        <w:t>4. Πολλαπλής Επιλογής</w:t>
      </w:r>
    </w:p>
    <w:p>
      <w:r>
        <w:t>1. Τι είναι οικοσύστημα;</w:t>
        <w:br/>
        <w:t>α) Μόνο τα ζώα ενός τόπου</w:t>
        <w:br/>
        <w:t>β) Τα φυτά, τα ζώα, τα άβια στοιχεία και οι σχέσεις τους</w:t>
        <w:br/>
        <w:t>γ) Μόνο τα φυτά και το νερό</w:t>
      </w:r>
    </w:p>
    <w:p>
      <w:r>
        <w:t>2. Ποιο από τα παρακάτω είναι άβιο στοιχείο;</w:t>
        <w:br/>
        <w:t>α) Δέντρο</w:t>
        <w:br/>
        <w:t>β) Ψάρι</w:t>
        <w:br/>
        <w:t>γ) Αέρας</w:t>
      </w:r>
    </w:p>
    <w:p>
      <w:r>
        <w:t>3. Τι μπορεί να συμβεί αν εξαφανιστεί ένα είδος ζώου;</w:t>
        <w:br/>
        <w:t>α) Να διαταραχθεί η τροφική αλυσίδα</w:t>
        <w:br/>
        <w:t>β) Να μεγαλώσουν τα βουνά</w:t>
        <w:br/>
        <w:t>γ) Να σταματήσει η βροχή</w:t>
      </w:r>
    </w:p>
    <w:p>
      <w:r>
        <w:t>4. Ποια είναι η σημαντικότερη αιτία διατάραξης των οικοσυστημάτων;</w:t>
        <w:br/>
        <w:t>α) Οι δραστηριότητες των ανθρώπων</w:t>
        <w:br/>
        <w:t>β) Τα σύννεφα</w:t>
        <w:br/>
        <w:t>γ) Οι εποχές</w:t>
      </w:r>
    </w:p>
    <w:p>
      <w:pPr>
        <w:jc w:val="center"/>
      </w:pPr>
      <w:r>
        <w:br/>
        <w:t>Καλή Επιτυχία! 🌱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